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Sign Out Sheet</w:t>
      </w:r>
    </w:p>
    <w:p>
      <w:pPr>
        <w:spacing w:after="40"/>
      </w:pPr>
      <w:r>
        <w:rPr>
          <w:b/>
        </w:rPr>
        <w:t xml:space="preserve">Location: </w:t>
      </w:r>
      <w:r>
        <w:t>____________________________________________________________________</w:t>
      </w:r>
    </w:p>
    <w:p>
      <w:pPr>
        <w:spacing w:after="40"/>
      </w:pPr>
      <w:r>
        <w:rPr>
          <w:b/>
        </w:rPr>
        <w:t xml:space="preserve">Week of: </w:t>
      </w:r>
      <w:r>
        <w:t>_____________________________________________________________________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rPr>
          <w:tblHeader w:val="true"/>
        </w:trPr>
        <w:tc>
          <w:tcPr>
            <w:tcW w:type="dxa" w:w="1291"/>
            <w:shd w:val="clear" w:color="auto" w:fill="FBBF24"/>
          </w:tcPr>
          <w:p>
            <w:r/>
            <w:r>
              <w:rPr>
                <w:b/>
                <w:sz w:val="22"/>
              </w:rPr>
              <w:t>Date</w:t>
            </w:r>
          </w:p>
        </w:tc>
        <w:tc>
          <w:tcPr>
            <w:tcW w:type="dxa" w:w="2581"/>
            <w:shd w:val="clear" w:color="auto" w:fill="FBBF24"/>
          </w:tcPr>
          <w:p>
            <w:r/>
            <w:r>
              <w:rPr>
                <w:b/>
                <w:sz w:val="22"/>
              </w:rPr>
              <w:t>Name</w:t>
            </w:r>
          </w:p>
        </w:tc>
        <w:tc>
          <w:tcPr>
            <w:tcW w:type="dxa" w:w="2796"/>
            <w:shd w:val="clear" w:color="auto" w:fill="FBBF24"/>
          </w:tcPr>
          <w:p>
            <w:r/>
            <w:r>
              <w:rPr>
                <w:b/>
                <w:sz w:val="22"/>
              </w:rPr>
              <w:t>Item or destination</w:t>
            </w:r>
          </w:p>
        </w:tc>
        <w:tc>
          <w:tcPr>
            <w:tcW w:type="dxa" w:w="1291"/>
            <w:shd w:val="clear" w:color="auto" w:fill="FBBF24"/>
          </w:tcPr>
          <w:p>
            <w:r/>
            <w:r>
              <w:rPr>
                <w:b/>
                <w:sz w:val="22"/>
              </w:rPr>
              <w:t>Time out</w:t>
            </w:r>
          </w:p>
        </w:tc>
        <w:tc>
          <w:tcPr>
            <w:tcW w:type="dxa" w:w="1291"/>
            <w:shd w:val="clear" w:color="auto" w:fill="FBBF24"/>
          </w:tcPr>
          <w:p>
            <w:r/>
            <w:r>
              <w:rPr>
                <w:b/>
                <w:sz w:val="22"/>
              </w:rPr>
              <w:t>Time in</w:t>
            </w:r>
          </w:p>
        </w:tc>
        <w:tc>
          <w:tcPr>
            <w:tcW w:type="dxa" w:w="1291"/>
            <w:shd w:val="clear" w:color="auto" w:fill="FBBF24"/>
          </w:tcPr>
          <w:p>
            <w:r/>
            <w:r>
              <w:rPr>
                <w:b/>
                <w:sz w:val="22"/>
              </w:rPr>
              <w:t>Initials</w:t>
            </w:r>
          </w:p>
        </w:tc>
      </w:tr>
      <w:tr>
        <w:trPr>
          <w:trHeight w:val="510"/>
        </w:trPr>
        <w:tc>
          <w:tcPr>
            <w:tcW w:type="dxa" w:w="1291"/>
          </w:tcPr>
          <w:p/>
        </w:tc>
        <w:tc>
          <w:tcPr>
            <w:tcW w:type="dxa" w:w="2581"/>
          </w:tcPr>
          <w:p/>
        </w:tc>
        <w:tc>
          <w:tcPr>
            <w:tcW w:type="dxa" w:w="2796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</w:tr>
      <w:tr>
        <w:trPr>
          <w:trHeight w:val="510"/>
        </w:trPr>
        <w:tc>
          <w:tcPr>
            <w:tcW w:type="dxa" w:w="1291"/>
          </w:tcPr>
          <w:p/>
        </w:tc>
        <w:tc>
          <w:tcPr>
            <w:tcW w:type="dxa" w:w="2581"/>
          </w:tcPr>
          <w:p/>
        </w:tc>
        <w:tc>
          <w:tcPr>
            <w:tcW w:type="dxa" w:w="2796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</w:tr>
      <w:tr>
        <w:trPr>
          <w:trHeight w:val="510"/>
        </w:trPr>
        <w:tc>
          <w:tcPr>
            <w:tcW w:type="dxa" w:w="1291"/>
          </w:tcPr>
          <w:p/>
        </w:tc>
        <w:tc>
          <w:tcPr>
            <w:tcW w:type="dxa" w:w="2581"/>
          </w:tcPr>
          <w:p/>
        </w:tc>
        <w:tc>
          <w:tcPr>
            <w:tcW w:type="dxa" w:w="2796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</w:tr>
      <w:tr>
        <w:trPr>
          <w:trHeight w:val="510"/>
        </w:trPr>
        <w:tc>
          <w:tcPr>
            <w:tcW w:type="dxa" w:w="1291"/>
          </w:tcPr>
          <w:p/>
        </w:tc>
        <w:tc>
          <w:tcPr>
            <w:tcW w:type="dxa" w:w="2581"/>
          </w:tcPr>
          <w:p/>
        </w:tc>
        <w:tc>
          <w:tcPr>
            <w:tcW w:type="dxa" w:w="2796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</w:tr>
      <w:tr>
        <w:trPr>
          <w:trHeight w:val="510"/>
        </w:trPr>
        <w:tc>
          <w:tcPr>
            <w:tcW w:type="dxa" w:w="1291"/>
          </w:tcPr>
          <w:p/>
        </w:tc>
        <w:tc>
          <w:tcPr>
            <w:tcW w:type="dxa" w:w="2581"/>
          </w:tcPr>
          <w:p/>
        </w:tc>
        <w:tc>
          <w:tcPr>
            <w:tcW w:type="dxa" w:w="2796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</w:tr>
      <w:tr>
        <w:trPr>
          <w:trHeight w:val="510"/>
        </w:trPr>
        <w:tc>
          <w:tcPr>
            <w:tcW w:type="dxa" w:w="1291"/>
          </w:tcPr>
          <w:p/>
        </w:tc>
        <w:tc>
          <w:tcPr>
            <w:tcW w:type="dxa" w:w="2581"/>
          </w:tcPr>
          <w:p/>
        </w:tc>
        <w:tc>
          <w:tcPr>
            <w:tcW w:type="dxa" w:w="2796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</w:tr>
      <w:tr>
        <w:trPr>
          <w:trHeight w:val="510"/>
        </w:trPr>
        <w:tc>
          <w:tcPr>
            <w:tcW w:type="dxa" w:w="1291"/>
          </w:tcPr>
          <w:p/>
        </w:tc>
        <w:tc>
          <w:tcPr>
            <w:tcW w:type="dxa" w:w="2581"/>
          </w:tcPr>
          <w:p/>
        </w:tc>
        <w:tc>
          <w:tcPr>
            <w:tcW w:type="dxa" w:w="2796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</w:tr>
      <w:tr>
        <w:trPr>
          <w:trHeight w:val="510"/>
        </w:trPr>
        <w:tc>
          <w:tcPr>
            <w:tcW w:type="dxa" w:w="1291"/>
          </w:tcPr>
          <w:p/>
        </w:tc>
        <w:tc>
          <w:tcPr>
            <w:tcW w:type="dxa" w:w="2581"/>
          </w:tcPr>
          <w:p/>
        </w:tc>
        <w:tc>
          <w:tcPr>
            <w:tcW w:type="dxa" w:w="2796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</w:tr>
      <w:tr>
        <w:trPr>
          <w:trHeight w:val="510"/>
        </w:trPr>
        <w:tc>
          <w:tcPr>
            <w:tcW w:type="dxa" w:w="1291"/>
          </w:tcPr>
          <w:p/>
        </w:tc>
        <w:tc>
          <w:tcPr>
            <w:tcW w:type="dxa" w:w="2581"/>
          </w:tcPr>
          <w:p/>
        </w:tc>
        <w:tc>
          <w:tcPr>
            <w:tcW w:type="dxa" w:w="2796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</w:tr>
      <w:tr>
        <w:trPr>
          <w:trHeight w:val="510"/>
        </w:trPr>
        <w:tc>
          <w:tcPr>
            <w:tcW w:type="dxa" w:w="1291"/>
          </w:tcPr>
          <w:p/>
        </w:tc>
        <w:tc>
          <w:tcPr>
            <w:tcW w:type="dxa" w:w="2581"/>
          </w:tcPr>
          <w:p/>
        </w:tc>
        <w:tc>
          <w:tcPr>
            <w:tcW w:type="dxa" w:w="2796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</w:tr>
      <w:tr>
        <w:trPr>
          <w:trHeight w:val="510"/>
        </w:trPr>
        <w:tc>
          <w:tcPr>
            <w:tcW w:type="dxa" w:w="1291"/>
          </w:tcPr>
          <w:p/>
        </w:tc>
        <w:tc>
          <w:tcPr>
            <w:tcW w:type="dxa" w:w="2581"/>
          </w:tcPr>
          <w:p/>
        </w:tc>
        <w:tc>
          <w:tcPr>
            <w:tcW w:type="dxa" w:w="2796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</w:tr>
      <w:tr>
        <w:trPr>
          <w:trHeight w:val="510"/>
        </w:trPr>
        <w:tc>
          <w:tcPr>
            <w:tcW w:type="dxa" w:w="1291"/>
          </w:tcPr>
          <w:p/>
        </w:tc>
        <w:tc>
          <w:tcPr>
            <w:tcW w:type="dxa" w:w="2581"/>
          </w:tcPr>
          <w:p/>
        </w:tc>
        <w:tc>
          <w:tcPr>
            <w:tcW w:type="dxa" w:w="2796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</w:tr>
      <w:tr>
        <w:trPr>
          <w:trHeight w:val="510"/>
        </w:trPr>
        <w:tc>
          <w:tcPr>
            <w:tcW w:type="dxa" w:w="1291"/>
          </w:tcPr>
          <w:p/>
        </w:tc>
        <w:tc>
          <w:tcPr>
            <w:tcW w:type="dxa" w:w="2581"/>
          </w:tcPr>
          <w:p/>
        </w:tc>
        <w:tc>
          <w:tcPr>
            <w:tcW w:type="dxa" w:w="2796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</w:tr>
      <w:tr>
        <w:trPr>
          <w:trHeight w:val="510"/>
        </w:trPr>
        <w:tc>
          <w:tcPr>
            <w:tcW w:type="dxa" w:w="1291"/>
          </w:tcPr>
          <w:p/>
        </w:tc>
        <w:tc>
          <w:tcPr>
            <w:tcW w:type="dxa" w:w="2581"/>
          </w:tcPr>
          <w:p/>
        </w:tc>
        <w:tc>
          <w:tcPr>
            <w:tcW w:type="dxa" w:w="2796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</w:tr>
      <w:tr>
        <w:trPr>
          <w:trHeight w:val="510"/>
        </w:trPr>
        <w:tc>
          <w:tcPr>
            <w:tcW w:type="dxa" w:w="1291"/>
          </w:tcPr>
          <w:p/>
        </w:tc>
        <w:tc>
          <w:tcPr>
            <w:tcW w:type="dxa" w:w="2581"/>
          </w:tcPr>
          <w:p/>
        </w:tc>
        <w:tc>
          <w:tcPr>
            <w:tcW w:type="dxa" w:w="2796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</w:tr>
      <w:tr>
        <w:trPr>
          <w:trHeight w:val="510"/>
        </w:trPr>
        <w:tc>
          <w:tcPr>
            <w:tcW w:type="dxa" w:w="1291"/>
          </w:tcPr>
          <w:p/>
        </w:tc>
        <w:tc>
          <w:tcPr>
            <w:tcW w:type="dxa" w:w="2581"/>
          </w:tcPr>
          <w:p/>
        </w:tc>
        <w:tc>
          <w:tcPr>
            <w:tcW w:type="dxa" w:w="2796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</w:tr>
      <w:tr>
        <w:trPr>
          <w:trHeight w:val="510"/>
        </w:trPr>
        <w:tc>
          <w:tcPr>
            <w:tcW w:type="dxa" w:w="1291"/>
          </w:tcPr>
          <w:p/>
        </w:tc>
        <w:tc>
          <w:tcPr>
            <w:tcW w:type="dxa" w:w="2581"/>
          </w:tcPr>
          <w:p/>
        </w:tc>
        <w:tc>
          <w:tcPr>
            <w:tcW w:type="dxa" w:w="2796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</w:tr>
      <w:tr>
        <w:trPr>
          <w:trHeight w:val="510"/>
        </w:trPr>
        <w:tc>
          <w:tcPr>
            <w:tcW w:type="dxa" w:w="1291"/>
          </w:tcPr>
          <w:p/>
        </w:tc>
        <w:tc>
          <w:tcPr>
            <w:tcW w:type="dxa" w:w="2581"/>
          </w:tcPr>
          <w:p/>
        </w:tc>
        <w:tc>
          <w:tcPr>
            <w:tcW w:type="dxa" w:w="2796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</w:tr>
      <w:tr>
        <w:trPr>
          <w:trHeight w:val="510"/>
        </w:trPr>
        <w:tc>
          <w:tcPr>
            <w:tcW w:type="dxa" w:w="1291"/>
          </w:tcPr>
          <w:p/>
        </w:tc>
        <w:tc>
          <w:tcPr>
            <w:tcW w:type="dxa" w:w="2581"/>
          </w:tcPr>
          <w:p/>
        </w:tc>
        <w:tc>
          <w:tcPr>
            <w:tcW w:type="dxa" w:w="2796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</w:tr>
      <w:tr>
        <w:trPr>
          <w:trHeight w:val="510"/>
        </w:trPr>
        <w:tc>
          <w:tcPr>
            <w:tcW w:type="dxa" w:w="1291"/>
          </w:tcPr>
          <w:p/>
        </w:tc>
        <w:tc>
          <w:tcPr>
            <w:tcW w:type="dxa" w:w="2581"/>
          </w:tcPr>
          <w:p/>
        </w:tc>
        <w:tc>
          <w:tcPr>
            <w:tcW w:type="dxa" w:w="2796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</w:tr>
      <w:tr>
        <w:trPr>
          <w:trHeight w:val="510"/>
        </w:trPr>
        <w:tc>
          <w:tcPr>
            <w:tcW w:type="dxa" w:w="1291"/>
          </w:tcPr>
          <w:p/>
        </w:tc>
        <w:tc>
          <w:tcPr>
            <w:tcW w:type="dxa" w:w="2581"/>
          </w:tcPr>
          <w:p/>
        </w:tc>
        <w:tc>
          <w:tcPr>
            <w:tcW w:type="dxa" w:w="2796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</w:tr>
      <w:tr>
        <w:trPr>
          <w:trHeight w:val="510"/>
        </w:trPr>
        <w:tc>
          <w:tcPr>
            <w:tcW w:type="dxa" w:w="1291"/>
          </w:tcPr>
          <w:p/>
        </w:tc>
        <w:tc>
          <w:tcPr>
            <w:tcW w:type="dxa" w:w="2581"/>
          </w:tcPr>
          <w:p/>
        </w:tc>
        <w:tc>
          <w:tcPr>
            <w:tcW w:type="dxa" w:w="2796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  <w:tc>
          <w:tcPr>
            <w:tcW w:type="dxa" w:w="1291"/>
          </w:tcPr>
          <w:p/>
        </w:tc>
      </w:tr>
    </w:tbl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6"/>
      </w:rPr>
      <w:t>Want it online instead? Make this sheet free at signupkit.co. No account needed to sign up.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