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Secret Santa Sign Up Sheet</w:t>
      </w:r>
    </w:p>
    <w:p>
      <w:pPr>
        <w:spacing w:after="40"/>
      </w:pPr>
      <w:r>
        <w:rPr>
          <w:b/>
        </w:rPr>
        <w:t xml:space="preserve">Group: </w:t>
      </w:r>
      <w:r>
        <w:t>_______________________________________________________________________</w:t>
      </w:r>
    </w:p>
    <w:p>
      <w:pPr>
        <w:spacing w:after="40"/>
      </w:pPr>
      <w:r>
        <w:rPr>
          <w:b/>
        </w:rPr>
        <w:t xml:space="preserve">Exchange date: </w:t>
      </w:r>
      <w:r>
        <w:t>_______________________________________________________________</w:t>
      </w:r>
    </w:p>
    <w:p>
      <w:pPr>
        <w:spacing w:after="40"/>
      </w:pPr>
      <w:r>
        <w:rPr>
          <w:b/>
        </w:rPr>
        <w:t xml:space="preserve">Gift budget: </w:t>
      </w:r>
      <w:r>
        <w:t>_________________________________________________________________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8"/>
        <w:gridCol w:w="2108"/>
        <w:gridCol w:w="2108"/>
        <w:gridCol w:w="2108"/>
        <w:gridCol w:w="2108"/>
      </w:tblGrid>
      <w:tr>
        <w:trPr>
          <w:tblHeader w:val="true"/>
        </w:trPr>
        <w:tc>
          <w:tcPr>
            <w:tcW w:type="dxa" w:w="632"/>
            <w:shd w:val="clear" w:color="auto" w:fill="FBBF24"/>
          </w:tcPr>
          <w:p>
            <w:r/>
            <w:r>
              <w:rPr>
                <w:b/>
                <w:sz w:val="22"/>
              </w:rPr>
              <w:t>#</w:t>
            </w:r>
          </w:p>
        </w:tc>
        <w:tc>
          <w:tcPr>
            <w:tcW w:type="dxa" w:w="2529"/>
            <w:shd w:val="clear" w:color="auto" w:fill="FBBF24"/>
          </w:tcPr>
          <w:p>
            <w:r/>
            <w:r>
              <w:rPr>
                <w:b/>
                <w:sz w:val="22"/>
              </w:rPr>
              <w:t>Name</w:t>
            </w:r>
          </w:p>
        </w:tc>
        <w:tc>
          <w:tcPr>
            <w:tcW w:type="dxa" w:w="2740"/>
            <w:shd w:val="clear" w:color="auto" w:fill="FBBF24"/>
          </w:tcPr>
          <w:p>
            <w:r/>
            <w:r>
              <w:rPr>
                <w:b/>
                <w:sz w:val="22"/>
              </w:rPr>
              <w:t>Email or phone</w:t>
            </w:r>
          </w:p>
        </w:tc>
        <w:tc>
          <w:tcPr>
            <w:tcW w:type="dxa" w:w="2951"/>
            <w:shd w:val="clear" w:color="auto" w:fill="FBBF24"/>
          </w:tcPr>
          <w:p>
            <w:r/>
            <w:r>
              <w:rPr>
                <w:b/>
                <w:sz w:val="22"/>
              </w:rPr>
              <w:t>Likes and gift ideas</w:t>
            </w:r>
          </w:p>
        </w:tc>
        <w:tc>
          <w:tcPr>
            <w:tcW w:type="dxa" w:w="1686"/>
            <w:shd w:val="clear" w:color="auto" w:fill="FBBF24"/>
          </w:tcPr>
          <w:p>
            <w:r/>
            <w:r>
              <w:rPr>
                <w:b/>
                <w:sz w:val="22"/>
              </w:rPr>
              <w:t>Please avoid</w:t>
            </w:r>
          </w:p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  <w:tc>
          <w:tcPr>
            <w:tcW w:type="dxa" w:w="2951"/>
          </w:tcPr>
          <w:p/>
        </w:tc>
        <w:tc>
          <w:tcPr>
            <w:tcW w:type="dxa" w:w="1686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  <w:tc>
          <w:tcPr>
            <w:tcW w:type="dxa" w:w="2951"/>
          </w:tcPr>
          <w:p/>
        </w:tc>
        <w:tc>
          <w:tcPr>
            <w:tcW w:type="dxa" w:w="1686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  <w:tc>
          <w:tcPr>
            <w:tcW w:type="dxa" w:w="2951"/>
          </w:tcPr>
          <w:p/>
        </w:tc>
        <w:tc>
          <w:tcPr>
            <w:tcW w:type="dxa" w:w="1686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4</w:t>
            </w:r>
          </w:p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  <w:tc>
          <w:tcPr>
            <w:tcW w:type="dxa" w:w="2951"/>
          </w:tcPr>
          <w:p/>
        </w:tc>
        <w:tc>
          <w:tcPr>
            <w:tcW w:type="dxa" w:w="1686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5</w:t>
            </w:r>
          </w:p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  <w:tc>
          <w:tcPr>
            <w:tcW w:type="dxa" w:w="2951"/>
          </w:tcPr>
          <w:p/>
        </w:tc>
        <w:tc>
          <w:tcPr>
            <w:tcW w:type="dxa" w:w="1686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6</w:t>
            </w:r>
          </w:p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  <w:tc>
          <w:tcPr>
            <w:tcW w:type="dxa" w:w="2951"/>
          </w:tcPr>
          <w:p/>
        </w:tc>
        <w:tc>
          <w:tcPr>
            <w:tcW w:type="dxa" w:w="1686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7</w:t>
            </w:r>
          </w:p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  <w:tc>
          <w:tcPr>
            <w:tcW w:type="dxa" w:w="2951"/>
          </w:tcPr>
          <w:p/>
        </w:tc>
        <w:tc>
          <w:tcPr>
            <w:tcW w:type="dxa" w:w="1686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8</w:t>
            </w:r>
          </w:p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  <w:tc>
          <w:tcPr>
            <w:tcW w:type="dxa" w:w="2951"/>
          </w:tcPr>
          <w:p/>
        </w:tc>
        <w:tc>
          <w:tcPr>
            <w:tcW w:type="dxa" w:w="1686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9</w:t>
            </w:r>
          </w:p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  <w:tc>
          <w:tcPr>
            <w:tcW w:type="dxa" w:w="2951"/>
          </w:tcPr>
          <w:p/>
        </w:tc>
        <w:tc>
          <w:tcPr>
            <w:tcW w:type="dxa" w:w="1686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10</w:t>
            </w:r>
          </w:p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  <w:tc>
          <w:tcPr>
            <w:tcW w:type="dxa" w:w="2951"/>
          </w:tcPr>
          <w:p/>
        </w:tc>
        <w:tc>
          <w:tcPr>
            <w:tcW w:type="dxa" w:w="1686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11</w:t>
            </w:r>
          </w:p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  <w:tc>
          <w:tcPr>
            <w:tcW w:type="dxa" w:w="2951"/>
          </w:tcPr>
          <w:p/>
        </w:tc>
        <w:tc>
          <w:tcPr>
            <w:tcW w:type="dxa" w:w="1686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12</w:t>
            </w:r>
          </w:p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  <w:tc>
          <w:tcPr>
            <w:tcW w:type="dxa" w:w="2951"/>
          </w:tcPr>
          <w:p/>
        </w:tc>
        <w:tc>
          <w:tcPr>
            <w:tcW w:type="dxa" w:w="1686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13</w:t>
            </w:r>
          </w:p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  <w:tc>
          <w:tcPr>
            <w:tcW w:type="dxa" w:w="2951"/>
          </w:tcPr>
          <w:p/>
        </w:tc>
        <w:tc>
          <w:tcPr>
            <w:tcW w:type="dxa" w:w="1686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14</w:t>
            </w:r>
          </w:p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  <w:tc>
          <w:tcPr>
            <w:tcW w:type="dxa" w:w="2951"/>
          </w:tcPr>
          <w:p/>
        </w:tc>
        <w:tc>
          <w:tcPr>
            <w:tcW w:type="dxa" w:w="1686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15</w:t>
            </w:r>
          </w:p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  <w:tc>
          <w:tcPr>
            <w:tcW w:type="dxa" w:w="2951"/>
          </w:tcPr>
          <w:p/>
        </w:tc>
        <w:tc>
          <w:tcPr>
            <w:tcW w:type="dxa" w:w="1686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16</w:t>
            </w:r>
          </w:p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  <w:tc>
          <w:tcPr>
            <w:tcW w:type="dxa" w:w="2951"/>
          </w:tcPr>
          <w:p/>
        </w:tc>
        <w:tc>
          <w:tcPr>
            <w:tcW w:type="dxa" w:w="1686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17</w:t>
            </w:r>
          </w:p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  <w:tc>
          <w:tcPr>
            <w:tcW w:type="dxa" w:w="2951"/>
          </w:tcPr>
          <w:p/>
        </w:tc>
        <w:tc>
          <w:tcPr>
            <w:tcW w:type="dxa" w:w="1686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18</w:t>
            </w:r>
          </w:p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  <w:tc>
          <w:tcPr>
            <w:tcW w:type="dxa" w:w="2951"/>
          </w:tcPr>
          <w:p/>
        </w:tc>
        <w:tc>
          <w:tcPr>
            <w:tcW w:type="dxa" w:w="1686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19</w:t>
            </w:r>
          </w:p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  <w:tc>
          <w:tcPr>
            <w:tcW w:type="dxa" w:w="2951"/>
          </w:tcPr>
          <w:p/>
        </w:tc>
        <w:tc>
          <w:tcPr>
            <w:tcW w:type="dxa" w:w="1686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20</w:t>
            </w:r>
          </w:p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  <w:tc>
          <w:tcPr>
            <w:tcW w:type="dxa" w:w="2951"/>
          </w:tcPr>
          <w:p/>
        </w:tc>
        <w:tc>
          <w:tcPr>
            <w:tcW w:type="dxa" w:w="1686"/>
          </w:tcPr>
          <w:p/>
        </w:tc>
      </w:tr>
    </w:tbl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748B"/>
        <w:sz w:val="16"/>
      </w:rPr>
      <w:t>Want it online instead? Make this sheet free at signupkit.co. No account needed to sign up.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