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4"/>
        </w:rPr>
        <w:t>Karaoke Sign Up Sheet</w:t>
      </w:r>
    </w:p>
    <w:p>
      <w:pPr>
        <w:spacing w:after="40"/>
      </w:pPr>
      <w:r>
        <w:rPr>
          <w:b/>
        </w:rPr>
        <w:t xml:space="preserve">Event: </w:t>
      </w:r>
      <w:r>
        <w:t>_______________________________________________________________________</w:t>
      </w:r>
    </w:p>
    <w:p>
      <w:pPr>
        <w:spacing w:after="40"/>
      </w:pPr>
      <w:r>
        <w:rPr>
          <w:b/>
        </w:rPr>
        <w:t xml:space="preserve">Date: </w:t>
      </w:r>
      <w:r>
        <w:t>________________________________________________________________________</w:t>
      </w:r>
    </w:p>
    <w:p>
      <w:pPr>
        <w:spacing w:after="40"/>
      </w:pPr>
      <w:r>
        <w:rPr>
          <w:b/>
        </w:rPr>
        <w:t xml:space="preserve">Location: </w:t>
      </w:r>
      <w:r>
        <w:t>____________________________________________________________________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rPr>
          <w:tblHeader w:val="true"/>
        </w:trPr>
        <w:tc>
          <w:tcPr>
            <w:tcW w:type="dxa" w:w="632"/>
            <w:shd w:val="clear" w:color="auto" w:fill="FBBF24"/>
          </w:tcPr>
          <w:p>
            <w:r/>
            <w:r>
              <w:rPr>
                <w:b/>
                <w:sz w:val="22"/>
              </w:rPr>
              <w:t>#</w:t>
            </w:r>
          </w:p>
        </w:tc>
        <w:tc>
          <w:tcPr>
            <w:tcW w:type="dxa" w:w="2951"/>
            <w:shd w:val="clear" w:color="auto" w:fill="FBBF24"/>
          </w:tcPr>
          <w:p>
            <w:r/>
            <w:r>
              <w:rPr>
                <w:b/>
                <w:sz w:val="22"/>
              </w:rPr>
              <w:t>Singer</w:t>
            </w:r>
          </w:p>
        </w:tc>
        <w:tc>
          <w:tcPr>
            <w:tcW w:type="dxa" w:w="3794"/>
            <w:shd w:val="clear" w:color="auto" w:fill="FBBF24"/>
          </w:tcPr>
          <w:p>
            <w:r/>
            <w:r>
              <w:rPr>
                <w:b/>
                <w:sz w:val="22"/>
              </w:rPr>
              <w:t>Song</w:t>
            </w:r>
          </w:p>
        </w:tc>
        <w:tc>
          <w:tcPr>
            <w:tcW w:type="dxa" w:w="3162"/>
            <w:shd w:val="clear" w:color="auto" w:fill="FBBF24"/>
          </w:tcPr>
          <w:p>
            <w:r/>
            <w:r>
              <w:rPr>
                <w:b/>
                <w:sz w:val="22"/>
              </w:rPr>
              <w:t>Artist</w:t>
            </w:r>
          </w:p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2951"/>
          </w:tcPr>
          <w:p/>
        </w:tc>
        <w:tc>
          <w:tcPr>
            <w:tcW w:type="dxa" w:w="3794"/>
          </w:tcPr>
          <w:p/>
        </w:tc>
        <w:tc>
          <w:tcPr>
            <w:tcW w:type="dxa" w:w="3162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2951"/>
          </w:tcPr>
          <w:p/>
        </w:tc>
        <w:tc>
          <w:tcPr>
            <w:tcW w:type="dxa" w:w="3794"/>
          </w:tcPr>
          <w:p/>
        </w:tc>
        <w:tc>
          <w:tcPr>
            <w:tcW w:type="dxa" w:w="3162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3</w:t>
            </w:r>
          </w:p>
        </w:tc>
        <w:tc>
          <w:tcPr>
            <w:tcW w:type="dxa" w:w="2951"/>
          </w:tcPr>
          <w:p/>
        </w:tc>
        <w:tc>
          <w:tcPr>
            <w:tcW w:type="dxa" w:w="3794"/>
          </w:tcPr>
          <w:p/>
        </w:tc>
        <w:tc>
          <w:tcPr>
            <w:tcW w:type="dxa" w:w="3162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4</w:t>
            </w:r>
          </w:p>
        </w:tc>
        <w:tc>
          <w:tcPr>
            <w:tcW w:type="dxa" w:w="2951"/>
          </w:tcPr>
          <w:p/>
        </w:tc>
        <w:tc>
          <w:tcPr>
            <w:tcW w:type="dxa" w:w="3794"/>
          </w:tcPr>
          <w:p/>
        </w:tc>
        <w:tc>
          <w:tcPr>
            <w:tcW w:type="dxa" w:w="3162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5</w:t>
            </w:r>
          </w:p>
        </w:tc>
        <w:tc>
          <w:tcPr>
            <w:tcW w:type="dxa" w:w="2951"/>
          </w:tcPr>
          <w:p/>
        </w:tc>
        <w:tc>
          <w:tcPr>
            <w:tcW w:type="dxa" w:w="3794"/>
          </w:tcPr>
          <w:p/>
        </w:tc>
        <w:tc>
          <w:tcPr>
            <w:tcW w:type="dxa" w:w="3162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6</w:t>
            </w:r>
          </w:p>
        </w:tc>
        <w:tc>
          <w:tcPr>
            <w:tcW w:type="dxa" w:w="2951"/>
          </w:tcPr>
          <w:p/>
        </w:tc>
        <w:tc>
          <w:tcPr>
            <w:tcW w:type="dxa" w:w="3794"/>
          </w:tcPr>
          <w:p/>
        </w:tc>
        <w:tc>
          <w:tcPr>
            <w:tcW w:type="dxa" w:w="3162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7</w:t>
            </w:r>
          </w:p>
        </w:tc>
        <w:tc>
          <w:tcPr>
            <w:tcW w:type="dxa" w:w="2951"/>
          </w:tcPr>
          <w:p/>
        </w:tc>
        <w:tc>
          <w:tcPr>
            <w:tcW w:type="dxa" w:w="3794"/>
          </w:tcPr>
          <w:p/>
        </w:tc>
        <w:tc>
          <w:tcPr>
            <w:tcW w:type="dxa" w:w="3162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8</w:t>
            </w:r>
          </w:p>
        </w:tc>
        <w:tc>
          <w:tcPr>
            <w:tcW w:type="dxa" w:w="2951"/>
          </w:tcPr>
          <w:p/>
        </w:tc>
        <w:tc>
          <w:tcPr>
            <w:tcW w:type="dxa" w:w="3794"/>
          </w:tcPr>
          <w:p/>
        </w:tc>
        <w:tc>
          <w:tcPr>
            <w:tcW w:type="dxa" w:w="3162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9</w:t>
            </w:r>
          </w:p>
        </w:tc>
        <w:tc>
          <w:tcPr>
            <w:tcW w:type="dxa" w:w="2951"/>
          </w:tcPr>
          <w:p/>
        </w:tc>
        <w:tc>
          <w:tcPr>
            <w:tcW w:type="dxa" w:w="3794"/>
          </w:tcPr>
          <w:p/>
        </w:tc>
        <w:tc>
          <w:tcPr>
            <w:tcW w:type="dxa" w:w="3162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10</w:t>
            </w:r>
          </w:p>
        </w:tc>
        <w:tc>
          <w:tcPr>
            <w:tcW w:type="dxa" w:w="2951"/>
          </w:tcPr>
          <w:p/>
        </w:tc>
        <w:tc>
          <w:tcPr>
            <w:tcW w:type="dxa" w:w="3794"/>
          </w:tcPr>
          <w:p/>
        </w:tc>
        <w:tc>
          <w:tcPr>
            <w:tcW w:type="dxa" w:w="3162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11</w:t>
            </w:r>
          </w:p>
        </w:tc>
        <w:tc>
          <w:tcPr>
            <w:tcW w:type="dxa" w:w="2951"/>
          </w:tcPr>
          <w:p/>
        </w:tc>
        <w:tc>
          <w:tcPr>
            <w:tcW w:type="dxa" w:w="3794"/>
          </w:tcPr>
          <w:p/>
        </w:tc>
        <w:tc>
          <w:tcPr>
            <w:tcW w:type="dxa" w:w="3162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12</w:t>
            </w:r>
          </w:p>
        </w:tc>
        <w:tc>
          <w:tcPr>
            <w:tcW w:type="dxa" w:w="2951"/>
          </w:tcPr>
          <w:p/>
        </w:tc>
        <w:tc>
          <w:tcPr>
            <w:tcW w:type="dxa" w:w="3794"/>
          </w:tcPr>
          <w:p/>
        </w:tc>
        <w:tc>
          <w:tcPr>
            <w:tcW w:type="dxa" w:w="3162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13</w:t>
            </w:r>
          </w:p>
        </w:tc>
        <w:tc>
          <w:tcPr>
            <w:tcW w:type="dxa" w:w="2951"/>
          </w:tcPr>
          <w:p/>
        </w:tc>
        <w:tc>
          <w:tcPr>
            <w:tcW w:type="dxa" w:w="3794"/>
          </w:tcPr>
          <w:p/>
        </w:tc>
        <w:tc>
          <w:tcPr>
            <w:tcW w:type="dxa" w:w="3162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14</w:t>
            </w:r>
          </w:p>
        </w:tc>
        <w:tc>
          <w:tcPr>
            <w:tcW w:type="dxa" w:w="2951"/>
          </w:tcPr>
          <w:p/>
        </w:tc>
        <w:tc>
          <w:tcPr>
            <w:tcW w:type="dxa" w:w="3794"/>
          </w:tcPr>
          <w:p/>
        </w:tc>
        <w:tc>
          <w:tcPr>
            <w:tcW w:type="dxa" w:w="3162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15</w:t>
            </w:r>
          </w:p>
        </w:tc>
        <w:tc>
          <w:tcPr>
            <w:tcW w:type="dxa" w:w="2951"/>
          </w:tcPr>
          <w:p/>
        </w:tc>
        <w:tc>
          <w:tcPr>
            <w:tcW w:type="dxa" w:w="3794"/>
          </w:tcPr>
          <w:p/>
        </w:tc>
        <w:tc>
          <w:tcPr>
            <w:tcW w:type="dxa" w:w="3162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16</w:t>
            </w:r>
          </w:p>
        </w:tc>
        <w:tc>
          <w:tcPr>
            <w:tcW w:type="dxa" w:w="2951"/>
          </w:tcPr>
          <w:p/>
        </w:tc>
        <w:tc>
          <w:tcPr>
            <w:tcW w:type="dxa" w:w="3794"/>
          </w:tcPr>
          <w:p/>
        </w:tc>
        <w:tc>
          <w:tcPr>
            <w:tcW w:type="dxa" w:w="3162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17</w:t>
            </w:r>
          </w:p>
        </w:tc>
        <w:tc>
          <w:tcPr>
            <w:tcW w:type="dxa" w:w="2951"/>
          </w:tcPr>
          <w:p/>
        </w:tc>
        <w:tc>
          <w:tcPr>
            <w:tcW w:type="dxa" w:w="3794"/>
          </w:tcPr>
          <w:p/>
        </w:tc>
        <w:tc>
          <w:tcPr>
            <w:tcW w:type="dxa" w:w="3162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18</w:t>
            </w:r>
          </w:p>
        </w:tc>
        <w:tc>
          <w:tcPr>
            <w:tcW w:type="dxa" w:w="2951"/>
          </w:tcPr>
          <w:p/>
        </w:tc>
        <w:tc>
          <w:tcPr>
            <w:tcW w:type="dxa" w:w="3794"/>
          </w:tcPr>
          <w:p/>
        </w:tc>
        <w:tc>
          <w:tcPr>
            <w:tcW w:type="dxa" w:w="3162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19</w:t>
            </w:r>
          </w:p>
        </w:tc>
        <w:tc>
          <w:tcPr>
            <w:tcW w:type="dxa" w:w="2951"/>
          </w:tcPr>
          <w:p/>
        </w:tc>
        <w:tc>
          <w:tcPr>
            <w:tcW w:type="dxa" w:w="3794"/>
          </w:tcPr>
          <w:p/>
        </w:tc>
        <w:tc>
          <w:tcPr>
            <w:tcW w:type="dxa" w:w="3162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20</w:t>
            </w:r>
          </w:p>
        </w:tc>
        <w:tc>
          <w:tcPr>
            <w:tcW w:type="dxa" w:w="2951"/>
          </w:tcPr>
          <w:p/>
        </w:tc>
        <w:tc>
          <w:tcPr>
            <w:tcW w:type="dxa" w:w="3794"/>
          </w:tcPr>
          <w:p/>
        </w:tc>
        <w:tc>
          <w:tcPr>
            <w:tcW w:type="dxa" w:w="3162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21</w:t>
            </w:r>
          </w:p>
        </w:tc>
        <w:tc>
          <w:tcPr>
            <w:tcW w:type="dxa" w:w="2951"/>
          </w:tcPr>
          <w:p/>
        </w:tc>
        <w:tc>
          <w:tcPr>
            <w:tcW w:type="dxa" w:w="3794"/>
          </w:tcPr>
          <w:p/>
        </w:tc>
        <w:tc>
          <w:tcPr>
            <w:tcW w:type="dxa" w:w="3162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22</w:t>
            </w:r>
          </w:p>
        </w:tc>
        <w:tc>
          <w:tcPr>
            <w:tcW w:type="dxa" w:w="2951"/>
          </w:tcPr>
          <w:p/>
        </w:tc>
        <w:tc>
          <w:tcPr>
            <w:tcW w:type="dxa" w:w="3794"/>
          </w:tcPr>
          <w:p/>
        </w:tc>
        <w:tc>
          <w:tcPr>
            <w:tcW w:type="dxa" w:w="3162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23</w:t>
            </w:r>
          </w:p>
        </w:tc>
        <w:tc>
          <w:tcPr>
            <w:tcW w:type="dxa" w:w="2951"/>
          </w:tcPr>
          <w:p/>
        </w:tc>
        <w:tc>
          <w:tcPr>
            <w:tcW w:type="dxa" w:w="3794"/>
          </w:tcPr>
          <w:p/>
        </w:tc>
        <w:tc>
          <w:tcPr>
            <w:tcW w:type="dxa" w:w="3162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24</w:t>
            </w:r>
          </w:p>
        </w:tc>
        <w:tc>
          <w:tcPr>
            <w:tcW w:type="dxa" w:w="2951"/>
          </w:tcPr>
          <w:p/>
        </w:tc>
        <w:tc>
          <w:tcPr>
            <w:tcW w:type="dxa" w:w="3794"/>
          </w:tcPr>
          <w:p/>
        </w:tc>
        <w:tc>
          <w:tcPr>
            <w:tcW w:type="dxa" w:w="3162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25</w:t>
            </w:r>
          </w:p>
        </w:tc>
        <w:tc>
          <w:tcPr>
            <w:tcW w:type="dxa" w:w="2951"/>
          </w:tcPr>
          <w:p/>
        </w:tc>
        <w:tc>
          <w:tcPr>
            <w:tcW w:type="dxa" w:w="3794"/>
          </w:tcPr>
          <w:p/>
        </w:tc>
        <w:tc>
          <w:tcPr>
            <w:tcW w:type="dxa" w:w="3162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26</w:t>
            </w:r>
          </w:p>
        </w:tc>
        <w:tc>
          <w:tcPr>
            <w:tcW w:type="dxa" w:w="2951"/>
          </w:tcPr>
          <w:p/>
        </w:tc>
        <w:tc>
          <w:tcPr>
            <w:tcW w:type="dxa" w:w="3794"/>
          </w:tcPr>
          <w:p/>
        </w:tc>
        <w:tc>
          <w:tcPr>
            <w:tcW w:type="dxa" w:w="3162"/>
          </w:tcPr>
          <w:p/>
        </w:tc>
      </w:tr>
    </w:tbl>
    <w:sectPr w:rsidR="00FC693F" w:rsidRPr="0006063C" w:rsidSect="00034616">
      <w:footerReference w:type="default" r:id="rId9"/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4748B"/>
        <w:sz w:val="16"/>
      </w:rPr>
      <w:t>Want it online instead? Make this sheet free at signupkit.co. No account needed to sign up.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