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The Great Potluck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740"/>
            <w:shd w:val="clear" w:color="auto" w:fill="FBBF24"/>
          </w:tcPr>
          <w:p>
            <w:r/>
            <w:r>
              <w:rPr>
                <w:b/>
                <w:sz w:val="22"/>
              </w:rPr>
              <w:t>Category</w:t>
            </w:r>
          </w:p>
        </w:tc>
        <w:tc>
          <w:tcPr>
            <w:tcW w:type="dxa" w:w="2319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162"/>
            <w:shd w:val="clear" w:color="auto" w:fill="FBBF24"/>
          </w:tcPr>
          <w:p>
            <w:r/>
            <w:r>
              <w:rPr>
                <w:b/>
                <w:sz w:val="22"/>
              </w:rPr>
              <w:t>Dish</w:t>
            </w:r>
          </w:p>
        </w:tc>
        <w:tc>
          <w:tcPr>
            <w:tcW w:type="dxa" w:w="2319"/>
            <w:shd w:val="clear" w:color="auto" w:fill="FBBF24"/>
          </w:tcPr>
          <w:p>
            <w:r/>
            <w:r>
              <w:rPr>
                <w:b/>
                <w:sz w:val="22"/>
              </w:rPr>
              <w:t>Allergens</w:t>
            </w:r>
          </w:p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Main dish (the reason we came)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Another main dish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Vegetarian main (not just a salad)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Something green, yes really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Carbs, glorious carbs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Side dish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Side dish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Salad nobody fights over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Bread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Cheese, obviously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Chips and dip (low effort, high reward)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Dessert (two is plenty)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Drinks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Ice, the unsung hero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Plates, cups, forks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Napkins (trust us)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Cleanup crew (legends only)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Cleanup crew (also legends)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2740"/>
          </w:tcPr>
          <w:p>
            <w:r>
              <w:rPr>
                <w:sz w:val="20"/>
              </w:rPr>
              <w:t>Takes leftovers home (very important)</w:t>
            </w:r>
          </w:p>
        </w:tc>
        <w:tc>
          <w:tcPr>
            <w:tcW w:type="dxa" w:w="2319"/>
          </w:tcPr>
          <w:p/>
        </w:tc>
        <w:tc>
          <w:tcPr>
            <w:tcW w:type="dxa" w:w="3162"/>
          </w:tcPr>
          <w:p/>
        </w:tc>
        <w:tc>
          <w:tcPr>
            <w:tcW w:type="dxa" w:w="2319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