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4"/>
        </w:rPr>
        <w:t>Christmas Potluck Sign Up Sheet</w:t>
      </w:r>
    </w:p>
    <w:p>
      <w:pPr>
        <w:spacing w:after="40"/>
      </w:pPr>
      <w:r>
        <w:rPr>
          <w:b/>
        </w:rPr>
        <w:t xml:space="preserve">Event: </w:t>
      </w:r>
      <w:r>
        <w:t>______________________________________________________________________</w:t>
      </w:r>
    </w:p>
    <w:p>
      <w:pPr>
        <w:spacing w:after="40"/>
      </w:pPr>
      <w:r>
        <w:rPr>
          <w:b/>
        </w:rPr>
        <w:t xml:space="preserve">Date: </w:t>
      </w:r>
      <w:r>
        <w:t>______________________________________________________________________</w:t>
      </w:r>
    </w:p>
    <w:p>
      <w:pPr>
        <w:spacing w:after="40"/>
      </w:pPr>
      <w:r>
        <w:rPr>
          <w:b/>
        </w:rPr>
        <w:t xml:space="preserve">Location: </w:t>
      </w:r>
      <w:r>
        <w:t>______________________________________________________________________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35"/>
        <w:gridCol w:w="2635"/>
        <w:gridCol w:w="2635"/>
        <w:gridCol w:w="2635"/>
      </w:tblGrid>
      <w:tr>
        <w:trPr>
          <w:tblHeader w:val="true"/>
        </w:trPr>
        <w:tc>
          <w:tcPr>
            <w:tcW w:type="dxa" w:w="2108"/>
            <w:shd w:val="clear" w:color="auto" w:fill="FBBF24"/>
          </w:tcPr>
          <w:p>
            <w:r/>
            <w:r>
              <w:rPr>
                <w:b/>
                <w:sz w:val="22"/>
              </w:rPr>
              <w:t>Category</w:t>
            </w:r>
          </w:p>
        </w:tc>
        <w:tc>
          <w:tcPr>
            <w:tcW w:type="dxa" w:w="2529"/>
            <w:shd w:val="clear" w:color="auto" w:fill="FBBF24"/>
          </w:tcPr>
          <w:p>
            <w:r/>
            <w:r>
              <w:rPr>
                <w:b/>
                <w:sz w:val="22"/>
              </w:rPr>
              <w:t>Name</w:t>
            </w:r>
          </w:p>
        </w:tc>
        <w:tc>
          <w:tcPr>
            <w:tcW w:type="dxa" w:w="3373"/>
            <w:shd w:val="clear" w:color="auto" w:fill="FBBF24"/>
          </w:tcPr>
          <w:p>
            <w:r/>
            <w:r>
              <w:rPr>
                <w:b/>
                <w:sz w:val="22"/>
              </w:rPr>
              <w:t>Dish</w:t>
            </w:r>
          </w:p>
        </w:tc>
        <w:tc>
          <w:tcPr>
            <w:tcW w:type="dxa" w:w="2529"/>
            <w:shd w:val="clear" w:color="auto" w:fill="FBBF24"/>
          </w:tcPr>
          <w:p>
            <w:r/>
            <w:r>
              <w:rPr>
                <w:b/>
                <w:sz w:val="22"/>
              </w:rPr>
              <w:t>Serves / allergens</w:t>
            </w:r>
          </w:p>
        </w:tc>
      </w:tr>
      <w:tr>
        <w:trPr>
          <w:trHeight w:val="510"/>
        </w:trPr>
        <w:tc>
          <w:tcPr>
            <w:tcW w:type="dxa" w:w="2108"/>
          </w:tcPr>
          <w:p>
            <w:r>
              <w:rPr>
                <w:sz w:val="20"/>
              </w:rPr>
              <w:t>Ham or roast</w:t>
            </w:r>
          </w:p>
        </w:tc>
        <w:tc>
          <w:tcPr>
            <w:tcW w:type="dxa" w:w="2529"/>
          </w:tcPr>
          <w:p/>
        </w:tc>
        <w:tc>
          <w:tcPr>
            <w:tcW w:type="dxa" w:w="3373"/>
          </w:tcPr>
          <w:p/>
        </w:tc>
        <w:tc>
          <w:tcPr>
            <w:tcW w:type="dxa" w:w="2529"/>
          </w:tcPr>
          <w:p/>
        </w:tc>
      </w:tr>
      <w:tr>
        <w:trPr>
          <w:trHeight w:val="510"/>
        </w:trPr>
        <w:tc>
          <w:tcPr>
            <w:tcW w:type="dxa" w:w="2108"/>
          </w:tcPr>
          <w:p>
            <w:r>
              <w:rPr>
                <w:sz w:val="20"/>
              </w:rPr>
              <w:t>Second main</w:t>
            </w:r>
          </w:p>
        </w:tc>
        <w:tc>
          <w:tcPr>
            <w:tcW w:type="dxa" w:w="2529"/>
          </w:tcPr>
          <w:p/>
        </w:tc>
        <w:tc>
          <w:tcPr>
            <w:tcW w:type="dxa" w:w="3373"/>
          </w:tcPr>
          <w:p/>
        </w:tc>
        <w:tc>
          <w:tcPr>
            <w:tcW w:type="dxa" w:w="2529"/>
          </w:tcPr>
          <w:p/>
        </w:tc>
      </w:tr>
      <w:tr>
        <w:trPr>
          <w:trHeight w:val="510"/>
        </w:trPr>
        <w:tc>
          <w:tcPr>
            <w:tcW w:type="dxa" w:w="2108"/>
          </w:tcPr>
          <w:p>
            <w:r>
              <w:rPr>
                <w:sz w:val="20"/>
              </w:rPr>
              <w:t>Vegetarian main</w:t>
            </w:r>
          </w:p>
        </w:tc>
        <w:tc>
          <w:tcPr>
            <w:tcW w:type="dxa" w:w="2529"/>
          </w:tcPr>
          <w:p/>
        </w:tc>
        <w:tc>
          <w:tcPr>
            <w:tcW w:type="dxa" w:w="3373"/>
          </w:tcPr>
          <w:p/>
        </w:tc>
        <w:tc>
          <w:tcPr>
            <w:tcW w:type="dxa" w:w="2529"/>
          </w:tcPr>
          <w:p/>
        </w:tc>
      </w:tr>
      <w:tr>
        <w:trPr>
          <w:trHeight w:val="510"/>
        </w:trPr>
        <w:tc>
          <w:tcPr>
            <w:tcW w:type="dxa" w:w="2108"/>
          </w:tcPr>
          <w:p>
            <w:r>
              <w:rPr>
                <w:sz w:val="20"/>
              </w:rPr>
              <w:t>Potatoes</w:t>
            </w:r>
          </w:p>
        </w:tc>
        <w:tc>
          <w:tcPr>
            <w:tcW w:type="dxa" w:w="2529"/>
          </w:tcPr>
          <w:p/>
        </w:tc>
        <w:tc>
          <w:tcPr>
            <w:tcW w:type="dxa" w:w="3373"/>
          </w:tcPr>
          <w:p/>
        </w:tc>
        <w:tc>
          <w:tcPr>
            <w:tcW w:type="dxa" w:w="2529"/>
          </w:tcPr>
          <w:p/>
        </w:tc>
      </w:tr>
      <w:tr>
        <w:trPr>
          <w:trHeight w:val="510"/>
        </w:trPr>
        <w:tc>
          <w:tcPr>
            <w:tcW w:type="dxa" w:w="2108"/>
          </w:tcPr>
          <w:p>
            <w:r>
              <w:rPr>
                <w:sz w:val="20"/>
              </w:rPr>
              <w:t>Vegetable side</w:t>
            </w:r>
          </w:p>
        </w:tc>
        <w:tc>
          <w:tcPr>
            <w:tcW w:type="dxa" w:w="2529"/>
          </w:tcPr>
          <w:p/>
        </w:tc>
        <w:tc>
          <w:tcPr>
            <w:tcW w:type="dxa" w:w="3373"/>
          </w:tcPr>
          <w:p/>
        </w:tc>
        <w:tc>
          <w:tcPr>
            <w:tcW w:type="dxa" w:w="2529"/>
          </w:tcPr>
          <w:p/>
        </w:tc>
      </w:tr>
      <w:tr>
        <w:trPr>
          <w:trHeight w:val="510"/>
        </w:trPr>
        <w:tc>
          <w:tcPr>
            <w:tcW w:type="dxa" w:w="2108"/>
          </w:tcPr>
          <w:p>
            <w:r>
              <w:rPr>
                <w:sz w:val="20"/>
              </w:rPr>
              <w:t>Casserole</w:t>
            </w:r>
          </w:p>
        </w:tc>
        <w:tc>
          <w:tcPr>
            <w:tcW w:type="dxa" w:w="2529"/>
          </w:tcPr>
          <w:p/>
        </w:tc>
        <w:tc>
          <w:tcPr>
            <w:tcW w:type="dxa" w:w="3373"/>
          </w:tcPr>
          <w:p/>
        </w:tc>
        <w:tc>
          <w:tcPr>
            <w:tcW w:type="dxa" w:w="2529"/>
          </w:tcPr>
          <w:p/>
        </w:tc>
      </w:tr>
      <w:tr>
        <w:trPr>
          <w:trHeight w:val="510"/>
        </w:trPr>
        <w:tc>
          <w:tcPr>
            <w:tcW w:type="dxa" w:w="2108"/>
          </w:tcPr>
          <w:p>
            <w:r>
              <w:rPr>
                <w:sz w:val="20"/>
              </w:rPr>
              <w:t>Salad</w:t>
            </w:r>
          </w:p>
        </w:tc>
        <w:tc>
          <w:tcPr>
            <w:tcW w:type="dxa" w:w="2529"/>
          </w:tcPr>
          <w:p/>
        </w:tc>
        <w:tc>
          <w:tcPr>
            <w:tcW w:type="dxa" w:w="3373"/>
          </w:tcPr>
          <w:p/>
        </w:tc>
        <w:tc>
          <w:tcPr>
            <w:tcW w:type="dxa" w:w="2529"/>
          </w:tcPr>
          <w:p/>
        </w:tc>
      </w:tr>
      <w:tr>
        <w:trPr>
          <w:trHeight w:val="510"/>
        </w:trPr>
        <w:tc>
          <w:tcPr>
            <w:tcW w:type="dxa" w:w="2108"/>
          </w:tcPr>
          <w:p>
            <w:r>
              <w:rPr>
                <w:sz w:val="20"/>
              </w:rPr>
              <w:t>Rolls</w:t>
            </w:r>
          </w:p>
        </w:tc>
        <w:tc>
          <w:tcPr>
            <w:tcW w:type="dxa" w:w="2529"/>
          </w:tcPr>
          <w:p/>
        </w:tc>
        <w:tc>
          <w:tcPr>
            <w:tcW w:type="dxa" w:w="3373"/>
          </w:tcPr>
          <w:p/>
        </w:tc>
        <w:tc>
          <w:tcPr>
            <w:tcW w:type="dxa" w:w="2529"/>
          </w:tcPr>
          <w:p/>
        </w:tc>
      </w:tr>
      <w:tr>
        <w:trPr>
          <w:trHeight w:val="510"/>
        </w:trPr>
        <w:tc>
          <w:tcPr>
            <w:tcW w:type="dxa" w:w="2108"/>
          </w:tcPr>
          <w:p>
            <w:r>
              <w:rPr>
                <w:sz w:val="20"/>
              </w:rPr>
              <w:t>Appetizer</w:t>
            </w:r>
          </w:p>
        </w:tc>
        <w:tc>
          <w:tcPr>
            <w:tcW w:type="dxa" w:w="2529"/>
          </w:tcPr>
          <w:p/>
        </w:tc>
        <w:tc>
          <w:tcPr>
            <w:tcW w:type="dxa" w:w="3373"/>
          </w:tcPr>
          <w:p/>
        </w:tc>
        <w:tc>
          <w:tcPr>
            <w:tcW w:type="dxa" w:w="2529"/>
          </w:tcPr>
          <w:p/>
        </w:tc>
      </w:tr>
      <w:tr>
        <w:trPr>
          <w:trHeight w:val="510"/>
        </w:trPr>
        <w:tc>
          <w:tcPr>
            <w:tcW w:type="dxa" w:w="2108"/>
          </w:tcPr>
          <w:p>
            <w:r>
              <w:rPr>
                <w:sz w:val="20"/>
              </w:rPr>
              <w:t>Appetizer</w:t>
            </w:r>
          </w:p>
        </w:tc>
        <w:tc>
          <w:tcPr>
            <w:tcW w:type="dxa" w:w="2529"/>
          </w:tcPr>
          <w:p/>
        </w:tc>
        <w:tc>
          <w:tcPr>
            <w:tcW w:type="dxa" w:w="3373"/>
          </w:tcPr>
          <w:p/>
        </w:tc>
        <w:tc>
          <w:tcPr>
            <w:tcW w:type="dxa" w:w="2529"/>
          </w:tcPr>
          <w:p/>
        </w:tc>
      </w:tr>
      <w:tr>
        <w:trPr>
          <w:trHeight w:val="510"/>
        </w:trPr>
        <w:tc>
          <w:tcPr>
            <w:tcW w:type="dxa" w:w="2108"/>
          </w:tcPr>
          <w:p>
            <w:r>
              <w:rPr>
                <w:sz w:val="20"/>
              </w:rPr>
              <w:t>Cheese board</w:t>
            </w:r>
          </w:p>
        </w:tc>
        <w:tc>
          <w:tcPr>
            <w:tcW w:type="dxa" w:w="2529"/>
          </w:tcPr>
          <w:p/>
        </w:tc>
        <w:tc>
          <w:tcPr>
            <w:tcW w:type="dxa" w:w="3373"/>
          </w:tcPr>
          <w:p/>
        </w:tc>
        <w:tc>
          <w:tcPr>
            <w:tcW w:type="dxa" w:w="2529"/>
          </w:tcPr>
          <w:p/>
        </w:tc>
      </w:tr>
      <w:tr>
        <w:trPr>
          <w:trHeight w:val="510"/>
        </w:trPr>
        <w:tc>
          <w:tcPr>
            <w:tcW w:type="dxa" w:w="2108"/>
          </w:tcPr>
          <w:p>
            <w:r>
              <w:rPr>
                <w:sz w:val="20"/>
              </w:rPr>
              <w:t>Christmas cookies</w:t>
            </w:r>
          </w:p>
        </w:tc>
        <w:tc>
          <w:tcPr>
            <w:tcW w:type="dxa" w:w="2529"/>
          </w:tcPr>
          <w:p/>
        </w:tc>
        <w:tc>
          <w:tcPr>
            <w:tcW w:type="dxa" w:w="3373"/>
          </w:tcPr>
          <w:p/>
        </w:tc>
        <w:tc>
          <w:tcPr>
            <w:tcW w:type="dxa" w:w="2529"/>
          </w:tcPr>
          <w:p/>
        </w:tc>
      </w:tr>
      <w:tr>
        <w:trPr>
          <w:trHeight w:val="510"/>
        </w:trPr>
        <w:tc>
          <w:tcPr>
            <w:tcW w:type="dxa" w:w="2108"/>
          </w:tcPr>
          <w:p>
            <w:r>
              <w:rPr>
                <w:sz w:val="20"/>
              </w:rPr>
              <w:t>Dessert</w:t>
            </w:r>
          </w:p>
        </w:tc>
        <w:tc>
          <w:tcPr>
            <w:tcW w:type="dxa" w:w="2529"/>
          </w:tcPr>
          <w:p/>
        </w:tc>
        <w:tc>
          <w:tcPr>
            <w:tcW w:type="dxa" w:w="3373"/>
          </w:tcPr>
          <w:p/>
        </w:tc>
        <w:tc>
          <w:tcPr>
            <w:tcW w:type="dxa" w:w="2529"/>
          </w:tcPr>
          <w:p/>
        </w:tc>
      </w:tr>
      <w:tr>
        <w:trPr>
          <w:trHeight w:val="510"/>
        </w:trPr>
        <w:tc>
          <w:tcPr>
            <w:tcW w:type="dxa" w:w="2108"/>
          </w:tcPr>
          <w:p>
            <w:r>
              <w:rPr>
                <w:sz w:val="20"/>
              </w:rPr>
              <w:t>Dessert</w:t>
            </w:r>
          </w:p>
        </w:tc>
        <w:tc>
          <w:tcPr>
            <w:tcW w:type="dxa" w:w="2529"/>
          </w:tcPr>
          <w:p/>
        </w:tc>
        <w:tc>
          <w:tcPr>
            <w:tcW w:type="dxa" w:w="3373"/>
          </w:tcPr>
          <w:p/>
        </w:tc>
        <w:tc>
          <w:tcPr>
            <w:tcW w:type="dxa" w:w="2529"/>
          </w:tcPr>
          <w:p/>
        </w:tc>
      </w:tr>
      <w:tr>
        <w:trPr>
          <w:trHeight w:val="510"/>
        </w:trPr>
        <w:tc>
          <w:tcPr>
            <w:tcW w:type="dxa" w:w="2108"/>
          </w:tcPr>
          <w:p>
            <w:r>
              <w:rPr>
                <w:sz w:val="20"/>
              </w:rPr>
              <w:t>Cocoa or eggnog</w:t>
            </w:r>
          </w:p>
        </w:tc>
        <w:tc>
          <w:tcPr>
            <w:tcW w:type="dxa" w:w="2529"/>
          </w:tcPr>
          <w:p/>
        </w:tc>
        <w:tc>
          <w:tcPr>
            <w:tcW w:type="dxa" w:w="3373"/>
          </w:tcPr>
          <w:p/>
        </w:tc>
        <w:tc>
          <w:tcPr>
            <w:tcW w:type="dxa" w:w="2529"/>
          </w:tcPr>
          <w:p/>
        </w:tc>
      </w:tr>
      <w:tr>
        <w:trPr>
          <w:trHeight w:val="510"/>
        </w:trPr>
        <w:tc>
          <w:tcPr>
            <w:tcW w:type="dxa" w:w="2108"/>
          </w:tcPr>
          <w:p>
            <w:r>
              <w:rPr>
                <w:sz w:val="20"/>
              </w:rPr>
              <w:t>Drinks</w:t>
            </w:r>
          </w:p>
        </w:tc>
        <w:tc>
          <w:tcPr>
            <w:tcW w:type="dxa" w:w="2529"/>
          </w:tcPr>
          <w:p/>
        </w:tc>
        <w:tc>
          <w:tcPr>
            <w:tcW w:type="dxa" w:w="3373"/>
          </w:tcPr>
          <w:p/>
        </w:tc>
        <w:tc>
          <w:tcPr>
            <w:tcW w:type="dxa" w:w="2529"/>
          </w:tcPr>
          <w:p/>
        </w:tc>
      </w:tr>
      <w:tr>
        <w:trPr>
          <w:trHeight w:val="510"/>
        </w:trPr>
        <w:tc>
          <w:tcPr>
            <w:tcW w:type="dxa" w:w="2108"/>
          </w:tcPr>
          <w:p>
            <w:r>
              <w:rPr>
                <w:sz w:val="20"/>
              </w:rPr>
              <w:t>Ice</w:t>
            </w:r>
          </w:p>
        </w:tc>
        <w:tc>
          <w:tcPr>
            <w:tcW w:type="dxa" w:w="2529"/>
          </w:tcPr>
          <w:p/>
        </w:tc>
        <w:tc>
          <w:tcPr>
            <w:tcW w:type="dxa" w:w="3373"/>
          </w:tcPr>
          <w:p/>
        </w:tc>
        <w:tc>
          <w:tcPr>
            <w:tcW w:type="dxa" w:w="2529"/>
          </w:tcPr>
          <w:p/>
        </w:tc>
      </w:tr>
      <w:tr>
        <w:trPr>
          <w:trHeight w:val="510"/>
        </w:trPr>
        <w:tc>
          <w:tcPr>
            <w:tcW w:type="dxa" w:w="2108"/>
          </w:tcPr>
          <w:p>
            <w:r>
              <w:rPr>
                <w:sz w:val="20"/>
              </w:rPr>
              <w:t>Plates, cups, cutlery</w:t>
            </w:r>
          </w:p>
        </w:tc>
        <w:tc>
          <w:tcPr>
            <w:tcW w:type="dxa" w:w="2529"/>
          </w:tcPr>
          <w:p/>
        </w:tc>
        <w:tc>
          <w:tcPr>
            <w:tcW w:type="dxa" w:w="3373"/>
          </w:tcPr>
          <w:p/>
        </w:tc>
        <w:tc>
          <w:tcPr>
            <w:tcW w:type="dxa" w:w="2529"/>
          </w:tcPr>
          <w:p/>
        </w:tc>
      </w:tr>
      <w:tr>
        <w:trPr>
          <w:trHeight w:val="510"/>
        </w:trPr>
        <w:tc>
          <w:tcPr>
            <w:tcW w:type="dxa" w:w="2108"/>
          </w:tcPr>
          <w:p>
            <w:r>
              <w:rPr>
                <w:sz w:val="20"/>
              </w:rPr>
              <w:t>Napkins</w:t>
            </w:r>
          </w:p>
        </w:tc>
        <w:tc>
          <w:tcPr>
            <w:tcW w:type="dxa" w:w="2529"/>
          </w:tcPr>
          <w:p/>
        </w:tc>
        <w:tc>
          <w:tcPr>
            <w:tcW w:type="dxa" w:w="3373"/>
          </w:tcPr>
          <w:p/>
        </w:tc>
        <w:tc>
          <w:tcPr>
            <w:tcW w:type="dxa" w:w="2529"/>
          </w:tcPr>
          <w:p/>
        </w:tc>
      </w:tr>
      <w:tr>
        <w:trPr>
          <w:trHeight w:val="510"/>
        </w:trPr>
        <w:tc>
          <w:tcPr>
            <w:tcW w:type="dxa" w:w="2108"/>
          </w:tcPr>
          <w:p>
            <w:r>
              <w:rPr>
                <w:sz w:val="20"/>
              </w:rPr>
              <w:t>Cleanup</w:t>
            </w:r>
          </w:p>
        </w:tc>
        <w:tc>
          <w:tcPr>
            <w:tcW w:type="dxa" w:w="2529"/>
          </w:tcPr>
          <w:p/>
        </w:tc>
        <w:tc>
          <w:tcPr>
            <w:tcW w:type="dxa" w:w="3373"/>
          </w:tcPr>
          <w:p/>
        </w:tc>
        <w:tc>
          <w:tcPr>
            <w:tcW w:type="dxa" w:w="2529"/>
          </w:tcPr>
          <w:p/>
        </w:tc>
      </w:tr>
    </w:tbl>
    <w:sectPr w:rsidR="00FC693F" w:rsidRPr="0006063C" w:rsidSect="00034616">
      <w:footerReference w:type="default" r:id="rId9"/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4748B"/>
        <w:sz w:val="16"/>
      </w:rPr>
      <w:t>Want it online instead? Make this sheet free at signupkit.co. No account needed to sign up.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